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👩‍🏫 מהדורה למורה – שאלה 5 – "ליבי במזרח": תרגול תשובה (רגיל)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דף התרגול מלמד לענות על השאלה בנוסח בגרות צעד אחר צעד: פירוק השאלה, תכנון, טענה–ביסוס–הסבר–סיכום, ובדיקת תשובה חלשה לפי המחוון. מומלץ לעבוד עם עמוד השאלה באתר ועם עמוד היצירה "ליבי במזרח".</w:t>
      </w:r>
    </w:p>
    <w:p>
      <w:pPr>
        <w:bidi/>
        <w:jc w:val="right"/>
      </w:pPr>
      <w:r>
        <w:rPr>
          <w:rFonts w:ascii="Arial" w:hAnsi="Arial" w:cs="Arial"/>
          <w:color w:val="8A6A00"/>
          <w:sz w:val="22"/>
          <w:rtl/>
          <w:szCs w:val="22"/>
        </w:rPr>
        <w:t>מסלול רגיל: הגרסה הרגילה: כל הפריטים. מומלץ 30–40 דקות, אפשר לחלק לשני שיעורים.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שאלה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 / כיוון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השאלה מבקשת מכם לעשות?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להסביר כיצד הניגודים מבטאים את מצבו הנפשי של הדובר, ומהי ההכרעה בסוף השיר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כמה ניגודים כדאי לבחור ולנתח בתשובה?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שניים לפחות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מספיק לכתוב "יש בשיר ניגודים", בלי להסביר מה כל ניגוד מבטא.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צריך להסביר איזה רגש או מצב כל ניגוד מבטא.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"דביר" הוא קודש הקודשים במקדש, ולא סתם אדמה.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לפי המחוון, החלק ששווה הכי הרבה נקודות הוא ה____ – דוגמאות מדויקות מהיצירה (8 נקודות).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ביסוס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איזה משפט הוא משפט הטענה הטוב ביותר לתשובה?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השיר בנוי כולו על ניגודים שממחישים נפש קרועה, ובסופו הדובר מכריע לטובת ציון.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7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איך בנוי השיר?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שאלות של מצוקה ← הכרעה בסוף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8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מספרו את שלבי כתיבת התשובה לפי הסדר.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הסדר הנכון: ד → ה → ב → ג → א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9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התאימו בין הראיה מהיצירה לבין מה שהיא מוכיחה.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1–ד, 2–ג, 3–א, 4–ב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10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מיינו כל משפט לתפקיד שלו בתשובה.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טענה: השיר בנוי על ניגודים שממחישים נפש קרועה. | ביסוס: בשורה הראשונה הלב במזרח והגוף בסוף מערב.، בשורה האחרונה: יקל לעזוב את ספרד, יקר לראות את עפר המקדש. | הסבר: המרחק הגיאוגרפי הוא גם מרחק נפשי בין הלב לגוף.، המעבר משאלות לקביעה מראה תנועה מהתלבטות להחלטה. | סיכום: כך שיר בן שש שורות מכיל מסע שלם של נפש.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בחרו טעות נפוצה אחת בתשובות על שאלה זו (למשל: להחמיץ את המבנה שאלות ← הכרעה) והסבירו איך נמנעים ממנה.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כל טעות נכונה מהרשימה בעמוד השאלה, ודרך מעשית להימנע ממנה.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כתבו משפט טענה משלכם, שעונה בדיוק על השאלה.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השיר בנוי כולו על ניגודים, והם ממחישים נפש קרועה: הגוף בספרד והלב בציון. בסוף השיר הקרע מוכרע – הדובר מוכן לוותר על כל טוב ספרד כדי לראות את עפר המקדש החרב.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לפניכם תשובה חלשה: "בשיר יש ניגודים כמו מזרח ומערב. המשורר גר בספרד והוא עצוב. הוא אוהב את ירושלים. זה שיר יפה." מה חסר בה לפי המחוון? כתבו שני תיקונים.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הטענה כללית ואינה מסבירה מה הניגודים מבטאים; ניגוד אחד בלי ניתוח, בלי ציטוט מדויק; אין התייחסות להכרעה בסוף (קל/יקר); אין מושגים (ניגוד, הקבלה, שאלה רטורית); "זה שיר יפה" אינו סיכום שחוזר לטענה.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ענו על שאלה 5: הסבירו כיצד הניגודים בשיר "ליבי במזרח" מבטאים את מצבו הנפשי של הדובר, ומהי ההכרעה שבסוף השיר.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טענה: הניגודים ממחישים קרע, והסיום מכריע לטובת ציון. ביסוס: לב/גוף, מזרח/מערב, חבל/כבל, קל/יקר (ציטוט קצר). הסבר: כל ניגוד מגביר את הקרע; שאלות רטוריות ← קביעה. המחוון (25 נק׳): טענה 5, ביסוס 8, הסבר 7, מושגים 3, מבנה ולשון 2.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כרטיס יציאה – כיוון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טענה ← ביסוס ← הסבר ← סיכום. ניגוד: לב/גוף, מזרח/מערב, קל/יקר – מבטא קרע וגעגוע.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לוודא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נוסח השורות בדף בלי ניקוד – לוודא מול המקראה.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הדף מתאים לעמוד "שאלה 5 – "ליבי במזרח": תרגול תשובה" באתר. יצרה: רוית ראש בן ישי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🧭 שאלה 5 – "ליבי במזרח": תרגול תשובה – דף התלמיד/ה</w:t>
      </w:r>
    </w:p>
    <w:p>
      <w:pPr>
        <w:bidi/>
        <w:jc w:val="right"/>
      </w:pPr>
      <w:r>
        <w:rPr>
          <w:rFonts w:ascii="Arial" w:hAnsi="Arial" w:cs="Arial"/>
          <w:b/>
          <w:color w:val="7A2E3A"/>
          <w:sz w:val="24"/>
          <w:rtl/>
          <w:szCs w:val="24"/>
          <w:bCs/>
        </w:rPr>
        <w:t>מסלול: 📘 רגיל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א׳ – מפרקים את השאלה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קראו את השאלה בעמוד השאלה באתר וענו: סמנו את התשובה הנכונה או השלימו.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מה השאלה מבקשת מכם לעשות?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להסביר כיצד הניגודים מבטאים את מצבו הנפשי של הדובר, ומהי ההכרעה בסוף השיר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לכתוב את קורות חייו של המשורר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לתאר את ספרד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לתרגם את השיר לעברית של היום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כמה ניגודים כדאי לבחור ולנתח בתשובה?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אחד בלבד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שניים לפחות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אף אחד – מספיק לסכם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את כל המילים בשיר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מספיק לכתוב "יש בשיר ניגודים", בלי להסביר מה כל ניגוד מבטא.      ◯ נכון   ◯ לא נכון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"דביר" הוא קודש הקודשים במקדש, ולא סתם אדמה.      ◯ נכון   ◯ לא נכון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5. לפי המחוון, החלק ששווה הכי הרבה נקודות הוא ה_______________ – דוגמאות מדויקות מהיצירה (8 נקודות).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6. איזה משפט הוא משפט הטענה הטוב ביותר לתשובה?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השיר בנוי כולו על ניגודים שממחישים נפש קרועה, ובסופו הדובר מכריע לטובת ציון.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השיר כתוב בעברית ויש בו שש שורות.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הדובר אוהב את ספרד.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בשיר יש מזרח ומערב.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7. איך בנוי השיר?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קביעה ← שאלות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שאלות של מצוקה ← הכרעה בסוף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סיפור עם דמויות ודיאלוג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שאלות בלבד, בלי תשובה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ב׳ – מתכננים את התשובה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סדרו, התאימו ומיינו כדי לבנות תוכנית לתשובה.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8. מספרו את שלבי כתיבת התשובה לפי הסדר.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שלב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מספר בסדר (1, 2, 3…)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סכמו: מה השיר אומר על געגוע וזהות?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הסבירו: איזה רגש כל ניגוד מבטא?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הראו את המעבר משאלות להכרעה בבית האחרון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טענה: "השיר בנוי על ניגודים המבטאים…"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בחרו שני ניגודים – צטטו מילים ספורות מכל אחד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9. התאימו בין הראיה מהיצירה לבין מה שהיא מוכיחה.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085"/>
        <w:gridCol w:w="2085"/>
        <w:gridCol w:w="2085"/>
        <w:gridCol w:w="2085"/>
        <w:gridCol w:w="2085"/>
      </w:tblGrid>
      <w:tr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האות שלי</w:t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התאמה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"לבי במזרח ואנכי בסוף מערב"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גם ציון וגם הדובר כבולים בשלטון זר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"איך אטעמה את אשר אוכל"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הכרעה ערכית: עפר המקדש יקר מכל טוב ספרד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"ציון בחבל אדום ואני בכבל ערב"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הקרע מוציא את הטעם מן היומיום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"יקל בעיני... יקר בעיני"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לב מול גוף – מרחק שהוא גם נפשי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10. מיינו כל משפט לתפקיד שלו בתשובה.</w:t>
      </w:r>
    </w:p>
    <w:p>
      <w:pPr>
        <w:bidi/>
        <w:jc w:val="right"/>
      </w:pPr>
      <w:r>
        <w:rPr>
          <w:rFonts w:ascii="Arial" w:hAnsi="Arial" w:cs="Arial"/>
          <w:b/>
          <w:color w:val="2A7A5A"/>
          <w:sz w:val="24"/>
          <w:rtl/>
          <w:szCs w:val="24"/>
          <w:bCs/>
        </w:rPr>
        <w:t>🧺 מחסן מילים:  כך שיר בן שש שורות מכיל מסע שלם של נפש.   ·   בשורה האחרונה: יקל לעזוב את ספרד, יקר לראות את עפר המקדש.   ·   המרחק הגיאוגרפי הוא גם מרחק נפשי בין הלב לגוף.   ·   המעבר משאלות לקביעה מראה תנועה מהתלבטות להחלטה.   ·   השיר בנוי על ניגודים שממחישים נפש קרועה.   ·   בשורה הראשונה הלב במזרח והגוף בסוף מערב.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טענה</w:t>
            </w:r>
          </w:p>
        </w:tc>
        <w:tc>
          <w:tcPr>
            <w:tcW w:type="dxa" w:w="2606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ביסוס</w:t>
            </w:r>
          </w:p>
        </w:tc>
        <w:tc>
          <w:tcPr>
            <w:tcW w:type="dxa" w:w="2606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הסבר</w:t>
            </w:r>
          </w:p>
        </w:tc>
        <w:tc>
          <w:tcPr>
            <w:tcW w:type="dxa" w:w="2606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סיכום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11. בחרו טעות נפוצה אחת בתשובות על שאלה זו (למשל: להחמיץ את המבנה שאלות ← הכרעה) והסבירו איך נמנעים ממנה.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ג׳ – כותבים ובודקים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כתבו בכתב ברור. בתשובה הארוכה: טענה, שתי דוגמאות (ציטוט של עד 8 מילים או תיאור רגע), הסבר לכל דוגמה וסיכום.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12. כתבו משפט טענה משלכם, שעונה בדיוק על השאלה.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13. לפניכם תשובה חלשה: "בשיר יש ניגודים כמו מזרח ומערב. המשורר גר בספרד והוא עצוב. הוא אוהב את ירושלים. זה שיר יפה." מה חסר בה לפי המחוון? כתבו שני תיקונים.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14. ענו על שאלה 5: הסבירו כיצד הניגודים בשיר "ליבי במזרח" מבטאים את מצבו הנפשי של הדובר, ומהי ההכרעה שבסוף השיר.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2E3A"/>
          <w:sz w:val="28"/>
          <w:rtl/>
          <w:szCs w:val="28"/>
          <w:bCs/>
        </w:rPr>
        <w:t>🚪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מהם ארבעת חלקי התשובה, לפי הסדר?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כתבו ניגוד אחד מהשיר ומה הוא מבטא.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השלימו: "בפעם הבאה שאענה על שאלה כזאת, אקפיד ל..."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_s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שאלה 5 – "ליבי במזרח": תרגול תשובה – דף תרגול (רגיל)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