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5 – "ליבי במזרח": תרגול תשובה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"ליבי במזרח".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צריך לעשות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להסביר כיצד הניגודים מבטאים את מצבו הנפשי של הדובר, ומהי ההכרעה בסוף השיר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ניגודים כדאי לבחור ולנתח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שניים לפחות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מספיק לכתוב "יש בשיר ניגודים", בלי להסביר מה כל ניגוד מבטא.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צריך להסביר איזה רגש או מצב כל ניגוד מבטא.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"דביר" הוא קודש הקודשים במקדש, ולא סתם אדמה.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השיר בנוי כולו על ניגודים שממחישים נפש קרועה, ובסופו הדובר מכריע לטובת ציון.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בנוי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שאלות של מצוקה ← הכרעה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השלבים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ג → ה → א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דוגמה למה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בנוי כולו על ניגודים, והם ממחישים נפש קרועה: הגוף בספרד והלב בציון. בסוף השיר הקרע מוכרע – הדובר מוכן לוותר על כל טוב ספרד כדי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תשובה: אילו ניגודים יש בשיר? מה הדובר מרגיש? מה הוא מחליט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הניגודים ממחישים קרע, והסיום מכריע לטובת ציון. ביסוס: לב/גוף, מזרח/מערב, חבל/כבל, קל/יקר (ציטוט קצר). הסבר: כל ניגוד מגביר את הקרע; שאלות רטוריות ← קביעה.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לב/גוף, מזרח/מערב, קל/יקר – מבטא קרע וגעגוע.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נוסח השורות בדף בלי ניקוד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5 – "ליבי במזרח":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שאלה 5 – "ליבי במזרח":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לטענה: למה היא מוכיחה אותה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הוראה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 בשאלה שאומר מה לעשות (הסבירו, הראו)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task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ה"אני" שמדבר בשיר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speaker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ביסוס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צריך לעשות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להסביר כיצד הניגודים מבטאים את מצבו הנפשי של הדובר, ומהי ההכרעה בסוף השיר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לכתוב את קורות חייו של המשורר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לתאר את ספרד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לתרגם את השיר לעברית של היום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כמה ניגודים כדאי לבחור ולנתח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שניים לפחות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אף אחד – מספיק לסכם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כל המילים בשיר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מספיק לכתוב "יש בשיר ניגודים", בלי להסביר מה כל ניגוד מבטא.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"דביר" הוא קודש הקודשים במקדש, ולא סתם אדמה.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השיר בנוי כולו על ניגודים שממחישים נפש קרועה, ובסופו הדובר מכריע לטובת ציון.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השיר כתוב בעברית ויש בו שש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הדובר אוהב את ספרד.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בשיר יש מזרח ומערב.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בנוי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קביעה ←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שאלות של מצוקה ← הכרעה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סיפור עם דמויות ודיאלוג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שאלות בלבד, בלי תשובה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הראו את המעבר משאלות להכרעה בבית האחרון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סכמו: מה השיר אומר על געגוע וזהות?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שני ניגודים – צטטו מילים ספורות מכל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"השיר בנוי על ניגודים המבטאים…"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הסבירו: איזה רגש כל ניגוד מבטא?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דוגמה למה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"לבי במזרח ואנכי בסוף מערב"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ציון וגם הדובר כבולים בשלטון 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"איך אטעמה את אשר אוכל"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 מול גוף – מרחק שהוא גם נפשי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"ציון בחבל אדום ואני בכבל 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הכרעה ערכית: עפר המקדש יקר מכל טוב ספרד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"יקל בעיני... יקר בעיני"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הקרע מוציא את הטעם מן היומיום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תשובה: אילו ניגודים יש בשיר? מה הדובר מרגיש? מה הוא מחליט בסוף?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ניגוד אחד מהשיר ומה הוא מבטא.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5 – "ליבי במזרח": תרגול תשובה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