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35 – "בית בובות": תרגול תשובה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"בית בובות".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להכריע אם הסיום סגור או פתוח, לנמק בעזרת התפתחות נורה ושני רגעים, ולהסביר את משמעות הסיום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רגעים מן המחזה צריך להביא לפחות?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שני רגעים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בדרמה מחפשים ראיות בדברי המספר.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בדרמה אין מספר: הראיות הן הדיאלוג והוראות הבמה.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לנמק משני הכיוונים: במה הסיום סגור ובמה הוא פתוח.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סיום "בית בובות" סגור ופתוח בעת ובעונה אחת: הקונפליקט מוכרע, אבל עתידה של נורה אינו ידוע.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הוראת במה חותמת את המחזה?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נשמע קול של דלת נטרקת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ג → ב → ה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לתפקיד שלו בתשובה.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סיום המחזה סגור מבחינת הקונפליקט ופתוח מבחינת העתיד. | ביסוס: כשטורוואלד קורא את המכתב הוא מתפרץ ודואג רק לשמו הטוב.، בסוף נשמעת דלת נטרקת מלמטה. | הסבר: נורה הכריעה, ואין דרך חזרה למשחק הבובות.، לא נאמר לאן תלך ומה יהיה עם הילדים – השאלה נשארת אצל הקהל. | סיכום: לכן משמעות הסיום היא לידה מחדש של עצמיות.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טעות נפוצה אחת בתשובות על שאלה זו (למשל: לשפוט את נורה במקום לנתח את עיצובה) והסבירו איך נמנעים ממנה.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טעות נכונה מהרשימה בעמוד השאלה, ודרך מעשית להימנע ממנה.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"בית בובות" סגור ופתוח בעת ובעונה אחת: הקונפליקט בין נורה להלמר מוכרע – היא יוצאת ומפסיקה להיות "בובה" – אבל עתידה, ועתיד המשפחה, נשארים לא ידועים. הכפילות הזאת היא בדיוק משמעות הסיום.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לפניכם תשובה חלשה: "הסיום פתוח כי נורה עוזבת. היא הייתה בובה וטורוואלד לא היה נחמד אליה. לדעתי היא לא הייתה צריכה לעזוב את הילדים." מה חסר בה לפי המחוון? כתבו שני תיקונים.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מכיוון אחד בלבד (רק "פתוח"), בלי להראות במה הסיום סגור; אין התפתחות של נורה מתחילת המחזה; אין רגעים מדויקים (כינויי החיבה, תגובת טורוואלד, טריקת הדלת); שיפוט של נורה במקום ניתוח; אין מושגים (הוראות במה, דיאלוג); אין משמעות לסיום.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35: האם סיום המחזה "בית בובות" הוא סיום סגור או פתוח? נמקו בעזרת התפתחות דמותה של נורה ובעזרת שני רגעים מן המחזה, והסבירו מה משמעות הסיום.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הגדרה של סיום סגור/פתוח; הכרעה מנומקת (למשל: גם וגם). ביסוס: נורה בתחילה, המכתב ותגובת טורוואלד, השיחה האחרונה, טריקת הדלת. הסבר: הקונפליקט מוכרע, העתיד פתוח. משמעות: עצמיות חדשה, הדיון עובר לקהל.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סגור: נורה הכריעה ועזבה. פתוח: לא ידוע לאן תלך ומה יהיה עם המשפחה.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מן המחזה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35 – "בית בובות":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🪆 שאלה 35 – "בית בובות":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 בעמוד השאלה באתר וענו: סמנו את התשובה הנכונה או 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להכריע אם הסיום סגור או פתוח, לנמק בעזרת התפתחות נורה ושני רגעים, ולהסביר את משמעות הסיום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מה קרה לנורה אחרי שעזבה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לכתוב אם נורה צדקה או טעתה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לתאר את דוקטור רנק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כמה רגעים מן המחזה צריך להביא לפחות?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רגע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רגעים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חמישה רגעים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צורך ברגעים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בדרמה מחפשים ראיות בדברי המספר.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כדאי לנמק משני הכיוונים: במה הסיום סגור ובמה הוא פתוח.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נורה עוזבת את הבית בסוף המחזה.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 "בית בובות" סגור ופתוח בעת ובעונה אחת: הקונפליקט מוכרע, אבל עתידה של נורה אינו ידוע.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נורה היא אישה רעה כי עזבה את ילדיה.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המחזה נכתב לפני שנים רבות.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איזו הוראת במה חותמת את המחזה?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מוזיקה שמחה מתנגנת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נשמע קול של דלת נטרקת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האורות נדלקים והמשפחה רוקדת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טורוואלד פותח את תיבת הדואר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כדי לבנות תוכנית לתשובה.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הכריעו ונמקו: מה משמעות הסיום?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נקודת המפנה (המכתב ותגובת הלמר)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נורה בתחילה (רגע אחד)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הגדירו במשפט: מהו סיום סגור ומהו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נתחו את השיחה האחרונה ואת טריקת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כינויי החיבה במערכה הראשונה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סגירה חדה – אבל העתיד נשאר לא ידוע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תגובת טורוואלד למכתב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קובעת שקודם כול עליה להיות אדם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השיחה האחרונה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ההתפכחות: הנס שחיכתה לו אינו קורה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טריקת הדלת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בתחילה – "בובה" שמשחקת תפקיד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כל משפט לתפקיד שלו בתשובה.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סיום המחזה סגור מבחינת הקונפליקט ופתוח מבחינת העתיד.   ·   לא נאמר לאן תלך ומה יהיה עם הילדים – השאלה נשארת אצל הקהל.   ·   לכן משמעות הסיום היא לידה מחדש של עצמיות.   ·   בסוף נשמעת דלת נטרקת מלמטה.   ·   כשטורוואלד קורא את המכתב הוא מתפרץ ודואג רק לשמו הטוב.   ·   נורה הכריעה, ואין דרך חזרה למשחק הבובות.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טענה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ביסוס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סיכום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 טעות נפוצה אחת בתשובות על שאלה זו (למשל: לשפוט את נורה במקום לנתח את עיצובה) והסבירו איך נמנעים ממנה.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בכתב ברור. בתשובה הארוכה: טענה, שתי דוגמאות (ציטוט של עד 8 מילים או תיאור רגע), הסבר לכל דוגמה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לפניכם תשובה חלשה: "הסיום פתוח כי נורה עוזבת. היא הייתה בובה וטורוואלד לא היה נחמד אליה. לדעתי היא לא הייתה צריכה לעזוב את הילדים." מה חסר בה לפי המחוון? כתבו שני תיקונים.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ענו על שאלה 35: האם סיום המחזה "בית בובות" הוא סיום סגור או פתוח? נמקו בעזרת התפתחות דמותה של נורה ובעזרת שני רגעים מן המחזה, והסבירו מה משמעות הסיום.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במשפט: במה הסיום סגור, ובמה הוא פתוח?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35 – "בית בובות": תרגול תשובה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