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2 – "מדירה לדירה": תרגול תשובה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"מדירה לדירה".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צריך לעשות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להסביר כיצד מעוצב השינוי במספר, ולהתייחס לתינוק ולמשמעות שתי הדירות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לאילו שני דברים חובה להתייחס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לתפקיד התינוק ולמשמעות שתי הדירות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השינוי במספר הוא החלמה רפואית: בסוף הסיפור הוא בריא לגמרי.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השינוי נפשי: מהסתגרות ובריחה מן הרעש אל הקשבה וקשר.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בציטוט מספיקות מילים ספורות; אין צורך לצטט קטעים ארוכים.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"מדירה לדירה" הוא מסע נפשי: המספר שמחפש שקט מגלה שהחיים נמצאים דווקא בקשר עם התינוק.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כשהמספר מגיע לדירה השקטה ורואה את האסקופה הריקה?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ליבו נופל – התינוק חסר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השלבים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א → ד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דוגמה למה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3–ג,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מה אתם רוצים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"מדירה לדירה" הוא סיפור של מעבר נפשי, לא רק של מעבר דירה: המספר, אדם חולה ופסיבי שמחפש שקט, מגלה שהשקט המושלם דומה למוות, ושהחיים – גם כשהם רועשים ומלוכלכים – נמצאים דווקא בקשר עם התינוק.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תשובה: איך האיש משתנה בסיפור? מה התינוק עושה לו? מה ההבדל בין שתי הדירות?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מעבר מהסתגרות לקשר. ביסוס: הפסיביות בפתיחה, הגועל מן התינוק, האסקופה הריקה בדירה השקטה, החזרה והחיבוק, המשפט החותם על ההקשבה (ציטוט עד 8 מילים). הסבר: בבואה, ניגוד שתי הדירות, האסקופה כסף.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מהסתגרות, פסיביות וגועל – אל חיבוק, קשר והקשבה.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בעמוד השאלה נכתב שהתינוק יושב על סף "הדירה החדשה", ובעמוד היצירה – בבית הרועש; הדף נמנע מלקבוע ולכן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– עד 8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2 – "מדירה לדירה":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שאלה 2 – "מדירה לדירה":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claim, thesis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הוכחות מהיצירה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קישור בין ההוכחה לטענה: למה היא מוכיחה אותה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סוגר שחוזר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conclusion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הדברים שבודקים בתשובה, עם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rubric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הוראה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הפועל בשאלה שאומר מה לעשות (הסבירו, הראו)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task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אסקופה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המדרגה או הסף בכניסה לבית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threshold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שדומה לדמות אחרת, כמו השתקפות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mirror image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ביסוס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צריך לעשות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להסביר כיצד מעוצב השינוי במספר, ולהתייחס לתינוק ולמשמעות שתי הדירות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לתאר את העיר תל אביב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לספר את כל העלילה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להשוות בין המספר לבין הרופא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לאילו שני דברים חובה להתייחס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לרופא ולסבל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לתפקיד התינוק ולמשמעות שתי הדירות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לאביב ולקוצים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לטיול בקבוצה ולעבודה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השינוי במספר הוא החלמה רפואית: בסוף הסיפור הוא בריא לגמרי.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בציטוט מספיקות מילים ספורות; אין צורך לצטט קטעים ארוכים.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המספר עובר דירה כמה פעמים בסיפור.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התינוק מגעיל את המספר.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"מדירה לדירה" הוא מסע נפשי: המספר שמחפש שקט מגלה שהחיים נמצאים דווקא בקשר עם התינוק.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הסיפור מתרחש בתל אביב באביב.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קורה כשהמספר מגיע לדירה השקטה ורואה את האסקופה הריקה?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נרדם מיד בשמחה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מחליט להצטרף לקבוצה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ליבו נופל – התינוק חסר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קורא לרופא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 בין שתי הדירות בטבלה קטנה: רעש/שקט, חיים/קיפאון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פתחו: "בתחילת הסיפור המספר…" (תכונה + הוכחה)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סכמו: מה השתנה ומה הסיפור מלמד?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החזרה ואת משפט הסיום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המפגש עם התינוק: מה הרגיש? למה?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דוגמה למה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המוצא: "הוצרכתי לעזוב את דירתי"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פסיבי – הדברים קורים לו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התינוק החולה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שפותח את עצמו להקשבה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האסקופה הריקה בדירה השקטה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השקט מתגלה כריקנות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החזרה והמשפט החותם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בבואה של המספר: חלש, חולה וזקוק למגע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משפט אחד: מה אתם רוצים להוכיח?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תשובה: איך האיש משתנה בסיפור? מה התינוק עושה לו? מה ההבדל בין שתי הדירות?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במשפט: מה משתנה במספר מתחילת הסיפור ועד סופו?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2 – "מדירה לדירה": תרגול תשובה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