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2 – "מדירה לדירה": תרגול תשובה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"מדירה לדירה".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השאלה מבקשת מכם לעשות?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להסביר כיצד מעוצב השינוי במספר, ולהתייחס לתינוק ולמשמעות שתי הדירות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לאילו שני דברים חובה להתייחס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לתפקיד התינוק ולמשמעות שתי הדירות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השינוי במספר הוא החלמה רפואית: בסוף הסיפור הוא בריא לגמרי.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השינוי נפשי: מהסתגרות ובריחה מן הרעש אל הקשבה וקשר.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כתיבת התשובה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ד → ב → ג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הראיה מהיצירה לבין 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2–א, 3–ב,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 משלכם, שעונה בדיוק על השאלה.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"מדירה לדירה" הוא סיפור של מעבר נפשי, לא רק של מעבר דירה: המספר, אדם חולה ופסיבי שמחפש שקט, מגלה שהשקט המושלם דומה למוות, ושהחיים – גם כשהם רועשים ומלוכלכים – נמצאים דווקא בקשר עם התינוק.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 על שאלה 2: הסבירו כיצד מעוצב השינוי שחל במספר בסיפור "מדירה לדירה", והתייחסו לתפקידו של התינוק ולמשמעות שתי הדירות.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מעבר מהסתגרות לקשר. ביסוס: הפסיביות בפתיחה, הגועל מן התינוק, האסקופה הריקה בדירה השקטה, החזרה והחיבוק, המשפט החותם על ההקשבה (ציטוט עד 8 מילים). הסבר: בבואה, ניגוד שתי הדירות, האסקופה כסף.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מהסתגרות, פסיביות וגועל – אל חיבוק, קשר והקשבה.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בעמוד השאלה נכתב שהתינוק יושב על סף "הדירה החדשה", ובעמוד היצירה – בבית הרועש; הדף נמנע מלקבוע ולכן לוודא מול 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מעגנון – עד 8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2 – "מדירה לדירה": תרגול תשובה"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🏠 שאלה 2 – "מדירה לדירה": תרגול תשובה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השאלה. סמנו תשובה אחת.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השאלה מבקשת מכם לעשות?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להסביר כיצד מעוצב השינוי במספר, ולהתייחס לתינוק ולמשמעות שתי הדירות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לתאר את העיר תל אביב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לספר את כל העלילה לפי הסדר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לאילו שני דברים חובה להתייחס בתשובה?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לרופא ולסבל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לתפקיד התינוק ולמשמעות שתי הדירות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לאביב ולקוצים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השינוי במספר הוא החלמה רפואית: בסוף הסיפור הוא בריא לגמרי.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סדרו, חברו בקו,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מספרו את שלבי כתיבת התשובה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פתחו: "בתחילת הסיפור המספר…" (תכונה + הוכחה)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השוו בין שתי הדירות בטבלה קטנה: רעש/שקט, חיים/קיפאון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תארו את החזרה ואת משפט הסיום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תארו את המפגש עם התינוק: מה הרגיש? למה?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סכמו: מה השתנה ומה הסיפור מלמד?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הראיה מהיצירה לבין 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נקודת המוצא: "הוצרכתי לעזוב את דירתי"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בבואה של המספר: חלש, חולה וזקוק למגע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התינוק החולה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השקט מתגלה כריקנות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האסקופה הריקה בדירה השקטה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המספר פסיבי – הדברים קורים לו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החזרה והמשפט החותם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אדם שפותח את עצמו להקשבה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בפתיחי משפטים: "הדבר מראה ש...", "לכן...".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משפט טענה משלכם, שעונה בדיוק על השאלה.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ענו על שאלה 2: הסבירו כיצד מעוצב השינוי שחל במספר בסיפור "מדירה לדירה", והתייחסו לתפקידו של התינוק ולמשמעות שתי הדירות.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במשפט: מה משתנה במספר מתחילת הסיפור ועד סופו?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2 – "מדירה לדירה": תרגול תשובה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